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</w:rPr>
        <w:t>[NAME] [AUTHORITY / DISTRICT]</w:t>
      </w:r>
    </w:p>
    <w:p>
      <w:pPr>
        <w:spacing w:after="40"/>
        <w:jc w:val="center"/>
      </w:pPr>
      <w:r>
        <w:rPr>
          <w:b/>
        </w:rPr>
        <w:t>BOARD OF DIRECTORS</w:t>
      </w:r>
    </w:p>
    <w:p>
      <w:pPr>
        <w:spacing w:after="40"/>
        <w:jc w:val="center"/>
      </w:pPr>
      <w:r>
        <w:rPr>
          <w:b w:val="0"/>
        </w:rPr>
        <w:t>MINUTES OF THE REGULAR MEETING</w:t>
      </w:r>
    </w:p>
    <w:p>
      <w:pPr>
        <w:spacing w:after="40"/>
        <w:jc w:val="center"/>
      </w:pPr>
      <w:r>
        <w:rPr>
          <w:b w:val="0"/>
        </w:rPr>
        <w:t>[Weekday, Month Day, Year]</w:t>
      </w:r>
    </w:p>
    <w:p>
      <w:pPr>
        <w:spacing w:after="120"/>
      </w:pPr>
      <w:r/>
    </w:p>
    <w:p>
      <w:pPr>
        <w:spacing w:after="40"/>
      </w:pPr>
      <w:r>
        <w:rPr>
          <w:b/>
        </w:rPr>
        <w:t>CALL TO ORDER</w:t>
      </w:r>
    </w:p>
    <w:p>
      <w:pPr>
        <w:spacing w:after="40"/>
      </w:pPr>
      <w:r>
        <w:t>Chair [Name] called the meeting to order at [time] at [location].</w:t>
      </w:r>
    </w:p>
    <w:p>
      <w:pPr>
        <w:spacing w:after="120"/>
      </w:pPr>
      <w:r/>
    </w:p>
    <w:p>
      <w:pPr>
        <w:spacing w:after="40"/>
      </w:pPr>
      <w:r>
        <w:rPr>
          <w:b/>
        </w:rPr>
        <w:t>ATTENDANCE</w:t>
      </w:r>
    </w:p>
    <w:p>
      <w:pPr>
        <w:spacing w:after="40"/>
      </w:pPr>
      <w:r>
        <w:t>Directors present: [Name], Chair; [Name], Vice Chair; [Name], Treasurer; [Name], Secretary; [Name]</w:t>
      </w:r>
    </w:p>
    <w:p>
      <w:pPr>
        <w:spacing w:after="40"/>
      </w:pPr>
      <w:r>
        <w:t>Directors absent: [Name or "None"]</w:t>
      </w:r>
    </w:p>
    <w:p>
      <w:pPr>
        <w:spacing w:after="40"/>
      </w:pPr>
      <w:r>
        <w:t>Also present: [Name], Manager/Operator; [Name], Solicitor; [Name], Engineer</w:t>
      </w:r>
    </w:p>
    <w:p>
      <w:pPr>
        <w:spacing w:after="120"/>
      </w:pPr>
      <w:r/>
    </w:p>
    <w:p>
      <w:pPr>
        <w:spacing w:after="40"/>
      </w:pPr>
      <w:r>
        <w:rPr>
          <w:b/>
        </w:rPr>
        <w:t>APPROVAL OF MINUTES</w:t>
      </w:r>
    </w:p>
    <w:p>
      <w:pPr>
        <w:spacing w:after="40"/>
      </w:pPr>
      <w:r>
        <w:t>On motion of [Name], seconded by [Name], the minutes of [date] were approved [tally].</w:t>
      </w:r>
    </w:p>
    <w:p>
      <w:pPr>
        <w:spacing w:after="120"/>
      </w:pPr>
      <w:r/>
    </w:p>
    <w:p>
      <w:pPr>
        <w:spacing w:after="40"/>
      </w:pPr>
      <w:r>
        <w:rPr>
          <w:b/>
        </w:rPr>
        <w:t>PUBLIC COMMENT</w:t>
      </w:r>
    </w:p>
    <w:p>
      <w:pPr>
        <w:spacing w:after="40"/>
      </w:pPr>
      <w:r>
        <w:t>[Full name], [address] – [Subject]. [Summary.]</w:t>
      </w:r>
    </w:p>
    <w:p>
      <w:pPr>
        <w:spacing w:after="120"/>
      </w:pPr>
      <w:r/>
    </w:p>
    <w:p>
      <w:pPr>
        <w:spacing w:after="40"/>
      </w:pPr>
      <w:r>
        <w:rPr>
          <w:b/>
        </w:rPr>
        <w:t>FINANCIAL REPORT AND REQUISITIONS</w:t>
      </w:r>
    </w:p>
    <w:p>
      <w:pPr>
        <w:spacing w:after="40"/>
      </w:pPr>
      <w:r>
        <w:t>The Treasurer presented the financial report for [month]. [Name] moved, seconded by [Name], to approve requisitions totaling $[amount].</w:t>
      </w:r>
    </w:p>
    <w:p>
      <w:pPr>
        <w:spacing w:after="40"/>
      </w:pPr>
      <w:r>
        <w:t>Vote: [Name] – Yes; [Name] – Yes; [Name] – Yes; [Name] – Yes; [Name] – Yes. Motion carried 5-0.</w:t>
      </w:r>
    </w:p>
    <w:p>
      <w:pPr>
        <w:spacing w:after="120"/>
      </w:pPr>
      <w:r/>
    </w:p>
    <w:p>
      <w:pPr>
        <w:spacing w:after="40"/>
      </w:pPr>
      <w:r>
        <w:rPr>
          <w:b/>
        </w:rPr>
        <w:t>OPERATIONS / MANAGER'S REPORT</w:t>
      </w:r>
    </w:p>
    <w:p>
      <w:pPr>
        <w:spacing w:after="40"/>
      </w:pPr>
      <w:r>
        <w:t>[Water produced/treated, main breaks, permits, compliance reports.]</w:t>
      </w:r>
    </w:p>
    <w:p>
      <w:pPr>
        <w:spacing w:after="120"/>
      </w:pPr>
      <w:r/>
    </w:p>
    <w:p>
      <w:pPr>
        <w:spacing w:after="40"/>
      </w:pPr>
      <w:r>
        <w:rPr>
          <w:b/>
        </w:rPr>
        <w:t>ENGINEER'S AND SOLICITOR'S REPORTS</w:t>
      </w:r>
    </w:p>
    <w:p>
      <w:pPr>
        <w:spacing w:after="40"/>
      </w:pPr>
      <w:r>
        <w:t>[Summary.]</w:t>
      </w:r>
    </w:p>
    <w:p>
      <w:pPr>
        <w:spacing w:after="120"/>
      </w:pPr>
      <w:r/>
    </w:p>
    <w:p>
      <w:pPr>
        <w:spacing w:after="40"/>
      </w:pPr>
      <w:r>
        <w:rPr>
          <w:b/>
        </w:rPr>
        <w:t>CONTRACTS AND RESOLUTIONS</w:t>
      </w:r>
    </w:p>
    <w:p>
      <w:pPr>
        <w:spacing w:after="40"/>
      </w:pPr>
      <w:r>
        <w:t>[Name] moved, seconded by [Name], to award the contract for [project] to [contractor] in the amount of $[amount], the lowest responsible bidder.</w:t>
      </w:r>
    </w:p>
    <w:p>
      <w:pPr>
        <w:spacing w:after="40"/>
      </w:pPr>
      <w:r>
        <w:t>Vote: [record each director]. Motion carried [tally].</w:t>
      </w:r>
    </w:p>
    <w:p>
      <w:pPr>
        <w:spacing w:after="120"/>
      </w:pPr>
      <w:r/>
    </w:p>
    <w:p>
      <w:pPr>
        <w:spacing w:after="40"/>
      </w:pPr>
      <w:r>
        <w:rPr>
          <w:b/>
        </w:rPr>
        <w:t>ADJOURNMENT</w:t>
      </w:r>
    </w:p>
    <w:p>
      <w:pPr>
        <w:spacing w:after="40"/>
      </w:pPr>
      <w:r>
        <w:t>The meeting adjourned at [time].</w:t>
      </w:r>
    </w:p>
    <w:p>
      <w:pPr>
        <w:spacing w:after="120"/>
      </w:pPr>
      <w:r/>
    </w:p>
    <w:p>
      <w:pPr>
        <w:spacing w:after="40"/>
      </w:pPr>
      <w:r>
        <w:t>Respectfully submitted,</w:t>
      </w:r>
    </w:p>
    <w:p>
      <w:pPr>
        <w:spacing w:after="120"/>
      </w:pPr>
      <w:r/>
    </w:p>
    <w:p>
      <w:pPr>
        <w:spacing w:after="40"/>
      </w:pPr>
      <w:r>
        <w:t>______________________________</w:t>
      </w:r>
    </w:p>
    <w:p>
      <w:pPr>
        <w:spacing w:after="40"/>
      </w:pPr>
      <w:r>
        <w:t>[Name], Secretary</w:t>
      </w:r>
    </w:p>
    <w:p>
      <w:r>
        <w:rPr>
          <w:i/>
        </w:rPr>
        <w:t>Template provided free by QuorumBook (quorumbook.com). Upload your meeting recording to have these minutes drafted for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