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</w:rPr>
        <w:t>BOROUGH OF [NAME]</w:t>
      </w:r>
    </w:p>
    <w:p>
      <w:pPr>
        <w:spacing w:after="40"/>
        <w:jc w:val="center"/>
      </w:pPr>
      <w:r>
        <w:rPr>
          <w:b/>
        </w:rPr>
        <w:t>BOROUGH COUNCIL</w:t>
      </w:r>
    </w:p>
    <w:p>
      <w:pPr>
        <w:spacing w:after="40"/>
        <w:jc w:val="center"/>
      </w:pPr>
      <w:r>
        <w:rPr>
          <w:b w:val="0"/>
        </w:rPr>
        <w:t>MINUTES OF THE REGULAR MEETING</w:t>
      </w:r>
    </w:p>
    <w:p>
      <w:pPr>
        <w:spacing w:after="40"/>
        <w:jc w:val="center"/>
      </w:pPr>
      <w:r>
        <w:rPr>
          <w:b w:val="0"/>
        </w:rPr>
        <w:t>[Weekday, Month Day, Year]</w:t>
      </w:r>
    </w:p>
    <w:p>
      <w:pPr>
        <w:spacing w:after="120"/>
      </w:pPr>
      <w:r/>
    </w:p>
    <w:p>
      <w:pPr>
        <w:spacing w:after="40"/>
      </w:pPr>
      <w:r>
        <w:rPr>
          <w:b/>
        </w:rPr>
        <w:t>CALL TO ORDER</w:t>
      </w:r>
    </w:p>
    <w:p>
      <w:pPr>
        <w:spacing w:after="40"/>
      </w:pPr>
      <w:r>
        <w:t>Council President [Name] called the meeting to order at [time] p.m. in Council Chambers, [address].</w:t>
      </w:r>
    </w:p>
    <w:p>
      <w:pPr>
        <w:spacing w:after="120"/>
      </w:pPr>
      <w:r/>
    </w:p>
    <w:p>
      <w:pPr>
        <w:spacing w:after="40"/>
      </w:pPr>
      <w:r>
        <w:rPr>
          <w:b/>
        </w:rPr>
        <w:t>PLEDGE OF ALLEGIANCE</w:t>
      </w:r>
    </w:p>
    <w:p>
      <w:pPr>
        <w:spacing w:after="120"/>
      </w:pPr>
      <w:r/>
    </w:p>
    <w:p>
      <w:pPr>
        <w:spacing w:after="40"/>
      </w:pPr>
      <w:r>
        <w:rPr>
          <w:b/>
        </w:rPr>
        <w:t>ROLL CALL</w:t>
      </w:r>
    </w:p>
    <w:p>
      <w:pPr>
        <w:spacing w:after="40"/>
      </w:pPr>
      <w:r>
        <w:t>Council present: [Name], President; [Name], Vice President; [Name]; [Name]; [Name]</w:t>
      </w:r>
    </w:p>
    <w:p>
      <w:pPr>
        <w:spacing w:after="40"/>
      </w:pPr>
      <w:r>
        <w:t>Council absent: [Name or "None"]</w:t>
      </w:r>
    </w:p>
    <w:p>
      <w:pPr>
        <w:spacing w:after="40"/>
      </w:pPr>
      <w:r>
        <w:t>Also present: Mayor [Name]; [Name], Borough Manager/Secretary; [Name], Solicitor; [Name], Police Chief</w:t>
      </w:r>
    </w:p>
    <w:p>
      <w:pPr>
        <w:spacing w:after="120"/>
      </w:pPr>
      <w:r/>
    </w:p>
    <w:p>
      <w:pPr>
        <w:spacing w:after="40"/>
      </w:pPr>
      <w:r>
        <w:rPr>
          <w:b/>
        </w:rPr>
        <w:t>APPROVAL OF MINUTES</w:t>
      </w:r>
    </w:p>
    <w:p>
      <w:pPr>
        <w:spacing w:after="40"/>
      </w:pPr>
      <w:r>
        <w:t>Councilmember [Name] moved, seconded by Councilmember [Name], to approve the minutes of [date]. Motion carried [tally].</w:t>
      </w:r>
    </w:p>
    <w:p>
      <w:pPr>
        <w:spacing w:after="120"/>
      </w:pPr>
      <w:r/>
    </w:p>
    <w:p>
      <w:pPr>
        <w:spacing w:after="40"/>
      </w:pPr>
      <w:r>
        <w:rPr>
          <w:b/>
        </w:rPr>
        <w:t>PUBLIC COMMENT</w:t>
      </w:r>
    </w:p>
    <w:p>
      <w:pPr>
        <w:spacing w:after="40"/>
      </w:pPr>
      <w:r>
        <w:t>[Full name], [address] – [Subject]. [Neutral one-sentence summary.]</w:t>
      </w:r>
    </w:p>
    <w:p>
      <w:pPr>
        <w:spacing w:after="120"/>
      </w:pPr>
      <w:r/>
    </w:p>
    <w:p>
      <w:pPr>
        <w:spacing w:after="40"/>
      </w:pPr>
      <w:r>
        <w:rPr>
          <w:b/>
        </w:rPr>
        <w:t>MAYOR'S REPORT</w:t>
      </w:r>
    </w:p>
    <w:p>
      <w:pPr>
        <w:spacing w:after="40"/>
      </w:pPr>
      <w:r>
        <w:t>[Summary, including police report if presented.]</w:t>
      </w:r>
    </w:p>
    <w:p>
      <w:pPr>
        <w:spacing w:after="120"/>
      </w:pPr>
      <w:r/>
    </w:p>
    <w:p>
      <w:pPr>
        <w:spacing w:after="40"/>
      </w:pPr>
      <w:r>
        <w:rPr>
          <w:b/>
        </w:rPr>
        <w:t>COMMITTEE REPORTS</w:t>
      </w:r>
    </w:p>
    <w:p>
      <w:pPr>
        <w:spacing w:after="40"/>
      </w:pPr>
      <w:r>
        <w:t>Finance: [Summary and any recommendation.]</w:t>
      </w:r>
    </w:p>
    <w:p>
      <w:pPr>
        <w:spacing w:after="40"/>
      </w:pPr>
      <w:r>
        <w:t>Public Works / Streets: [Summary.]</w:t>
      </w:r>
    </w:p>
    <w:p>
      <w:pPr>
        <w:spacing w:after="40"/>
      </w:pPr>
      <w:r>
        <w:t>Public Safety: [Summary.]</w:t>
      </w:r>
    </w:p>
    <w:p>
      <w:pPr>
        <w:spacing w:after="120"/>
      </w:pPr>
      <w:r/>
    </w:p>
    <w:p>
      <w:pPr>
        <w:spacing w:after="40"/>
      </w:pPr>
      <w:r>
        <w:rPr>
          <w:b/>
        </w:rPr>
        <w:t>SOLICITOR'S AND MANAGER'S REPORTS</w:t>
      </w:r>
    </w:p>
    <w:p>
      <w:pPr>
        <w:spacing w:after="40"/>
      </w:pPr>
      <w:r>
        <w:t>[Summary.]</w:t>
      </w:r>
    </w:p>
    <w:p>
      <w:pPr>
        <w:spacing w:after="120"/>
      </w:pPr>
      <w:r/>
    </w:p>
    <w:p>
      <w:pPr>
        <w:spacing w:after="40"/>
      </w:pPr>
      <w:r>
        <w:rPr>
          <w:b/>
        </w:rPr>
        <w:t>ACTION ITEMS</w:t>
      </w:r>
    </w:p>
    <w:p>
      <w:pPr>
        <w:spacing w:after="40"/>
      </w:pPr>
      <w:r>
        <w:t>Councilmember [Name] moved, seconded by Councilmember [Name], to adopt Ordinance No. [number], [title].</w:t>
      </w:r>
    </w:p>
    <w:p>
      <w:pPr>
        <w:spacing w:after="40"/>
      </w:pPr>
      <w:r>
        <w:t>Roll call: [Name] – Yes; [Name] – Yes; [Name] – Yes; [Name] – No; [Name] – Yes. Motion carried 4-1.</w:t>
      </w:r>
    </w:p>
    <w:p>
      <w:pPr>
        <w:spacing w:after="120"/>
      </w:pPr>
      <w:r/>
    </w:p>
    <w:p>
      <w:pPr>
        <w:spacing w:after="40"/>
      </w:pPr>
      <w:r>
        <w:rPr>
          <w:b/>
        </w:rPr>
        <w:t>EXECUTIVE SESSION</w:t>
      </w:r>
    </w:p>
    <w:p>
      <w:pPr>
        <w:spacing w:after="40"/>
      </w:pPr>
      <w:r>
        <w:t>Council recessed into executive session at [time] to discuss [stated reason] and reconvened at [time]. No action was taken.</w:t>
      </w:r>
    </w:p>
    <w:p>
      <w:pPr>
        <w:spacing w:after="120"/>
      </w:pPr>
      <w:r/>
    </w:p>
    <w:p>
      <w:pPr>
        <w:spacing w:after="40"/>
      </w:pPr>
      <w:r>
        <w:rPr>
          <w:b/>
        </w:rPr>
        <w:t>ADJOURNMENT</w:t>
      </w:r>
    </w:p>
    <w:p>
      <w:pPr>
        <w:spacing w:after="40"/>
      </w:pPr>
      <w:r>
        <w:t>The meeting adjourned at [time] p.m. on motion of [Name], seconded by [Name].</w:t>
      </w:r>
    </w:p>
    <w:p>
      <w:pPr>
        <w:spacing w:after="120"/>
      </w:pPr>
      <w:r/>
    </w:p>
    <w:p>
      <w:pPr>
        <w:spacing w:after="40"/>
      </w:pPr>
      <w:r>
        <w:t>Respectfully submitted,</w:t>
      </w:r>
    </w:p>
    <w:p>
      <w:pPr>
        <w:spacing w:after="120"/>
      </w:pPr>
      <w:r/>
    </w:p>
    <w:p>
      <w:pPr>
        <w:spacing w:after="40"/>
      </w:pPr>
      <w:r>
        <w:t>______________________________</w:t>
      </w:r>
    </w:p>
    <w:p>
      <w:pPr>
        <w:spacing w:after="40"/>
      </w:pPr>
      <w:r>
        <w:t>[Name], Borough Secretary</w:t>
      </w:r>
    </w:p>
    <w:p>
      <w:r>
        <w:rPr>
          <w:i/>
        </w:rPr>
        <w:t>Template provided free by QuorumBook (quorumbook.com). Upload your meeting recording to have these minutes drafted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