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</w:rPr>
        <w:t>[MUNICIPALITY] PLANNING COMMISSION</w:t>
      </w:r>
    </w:p>
    <w:p>
      <w:pPr>
        <w:spacing w:after="40"/>
        <w:jc w:val="center"/>
      </w:pPr>
      <w:r>
        <w:rPr>
          <w:b/>
        </w:rPr>
        <w:t>MINUTES OF THE REGULAR MEETING</w:t>
      </w:r>
    </w:p>
    <w:p>
      <w:pPr>
        <w:spacing w:after="40"/>
        <w:jc w:val="center"/>
      </w:pPr>
      <w:r>
        <w:rPr>
          <w:b w:val="0"/>
        </w:rPr>
        <w:t>[Weekday, Month Day, Year]</w:t>
      </w:r>
    </w:p>
    <w:p>
      <w:pPr>
        <w:spacing w:after="120"/>
        <w:jc w:val="center"/>
      </w:pPr>
      <w:r>
        <w:rPr>
          <w:b w:val="0"/>
        </w:rPr>
      </w:r>
    </w:p>
    <w:p>
      <w:pPr>
        <w:spacing w:after="40"/>
      </w:pPr>
      <w:r>
        <w:rPr>
          <w:b/>
        </w:rPr>
        <w:t>CALL TO ORDER</w:t>
      </w:r>
    </w:p>
    <w:p>
      <w:pPr>
        <w:spacing w:after="40"/>
      </w:pPr>
      <w:r>
        <w:t>Chair [Name] called the meeting to order at [time] p.m. at [location].</w:t>
      </w:r>
    </w:p>
    <w:p>
      <w:pPr>
        <w:spacing w:after="120"/>
      </w:pPr>
      <w:r/>
    </w:p>
    <w:p>
      <w:pPr>
        <w:spacing w:after="40"/>
      </w:pPr>
      <w:r>
        <w:rPr>
          <w:b/>
        </w:rPr>
        <w:t>ATTENDANCE</w:t>
      </w:r>
    </w:p>
    <w:p>
      <w:pPr>
        <w:spacing w:after="40"/>
      </w:pPr>
      <w:r>
        <w:t>Members present: [Name], Chair; [Name], Vice Chair; [Name]; [Name]</w:t>
      </w:r>
    </w:p>
    <w:p>
      <w:pPr>
        <w:spacing w:after="40"/>
      </w:pPr>
      <w:r>
        <w:t>Members absent: [Name or "None"]</w:t>
      </w:r>
    </w:p>
    <w:p>
      <w:pPr>
        <w:spacing w:after="40"/>
      </w:pPr>
      <w:r>
        <w:t>Also present: [Name], Municipal Engineer; [Name], Zoning Officer; [Name], Recording Secretary; applicants and residents as noted</w:t>
      </w:r>
    </w:p>
    <w:p>
      <w:pPr>
        <w:spacing w:after="120"/>
      </w:pPr>
      <w:r/>
    </w:p>
    <w:p>
      <w:pPr>
        <w:spacing w:after="40"/>
      </w:pPr>
      <w:r>
        <w:rPr>
          <w:b/>
        </w:rPr>
        <w:t>APPROVAL OF MINUTES</w:t>
      </w:r>
    </w:p>
    <w:p>
      <w:pPr>
        <w:spacing w:after="40"/>
      </w:pPr>
      <w:r>
        <w:t>On motion of [Name], seconded by [Name], the minutes of [date] were approved [tally].</w:t>
      </w:r>
    </w:p>
    <w:p>
      <w:pPr>
        <w:spacing w:after="120"/>
      </w:pPr>
      <w:r/>
    </w:p>
    <w:p>
      <w:pPr>
        <w:spacing w:after="40"/>
      </w:pPr>
      <w:r>
        <w:rPr>
          <w:b/>
        </w:rPr>
        <w:t>PUBLIC COMMENT ON NON-AGENDA ITEMS</w:t>
      </w:r>
    </w:p>
    <w:p>
      <w:pPr>
        <w:spacing w:after="40"/>
      </w:pPr>
      <w:r>
        <w:t>[Full name], [address] – [Subject]. [Summary.]</w:t>
      </w:r>
    </w:p>
    <w:p>
      <w:pPr>
        <w:spacing w:after="120"/>
      </w:pPr>
      <w:r/>
    </w:p>
    <w:p>
      <w:pPr>
        <w:spacing w:after="40"/>
      </w:pPr>
      <w:r>
        <w:rPr>
          <w:b/>
        </w:rPr>
        <w:t>PLANS UNDER REVIEW</w:t>
      </w:r>
    </w:p>
    <w:p>
      <w:pPr>
        <w:spacing w:after="40"/>
      </w:pPr>
      <w:r>
        <w:t>1. [Plan name], [preliminary/final] [subdivision/land development] plan</w:t>
      </w:r>
    </w:p>
    <w:p>
      <w:pPr>
        <w:spacing w:after="40"/>
      </w:pPr>
      <w:r>
        <w:t xml:space="preserve">   Applicant: [Name/firm]. Location: [address, tax parcel]. Zoning district: [district].</w:t>
      </w:r>
    </w:p>
    <w:p>
      <w:pPr>
        <w:spacing w:after="40"/>
      </w:pPr>
      <w:r>
        <w:t xml:space="preserve">   Review deadline: [date].</w:t>
      </w:r>
    </w:p>
    <w:p>
      <w:pPr>
        <w:spacing w:after="40"/>
      </w:pPr>
      <w:r>
        <w:t xml:space="preserve">   [Applicant's engineer] presented the plan. The Commission discussed [issues, e.g. stormwater, access, waivers requested].</w:t>
      </w:r>
    </w:p>
    <w:p>
      <w:pPr>
        <w:spacing w:after="40"/>
      </w:pPr>
      <w:r>
        <w:t xml:space="preserve">   [Name] moved, seconded by [Name], to recommend [approval/denial/conditional approval] to the [governing body], subject to [conditions or engineer's review letter dated ___].</w:t>
      </w:r>
    </w:p>
    <w:p>
      <w:pPr>
        <w:spacing w:after="40"/>
      </w:pPr>
      <w:r>
        <w:t xml:space="preserve">   Vote: [Name] – Yes; [Name] – Yes; [Name] – Yes; [Name] – Abstain. Motion carried 3-0-1.</w:t>
      </w:r>
    </w:p>
    <w:p>
      <w:pPr>
        <w:spacing w:after="120"/>
      </w:pPr>
      <w:r/>
    </w:p>
    <w:p>
      <w:pPr>
        <w:spacing w:after="40"/>
      </w:pPr>
      <w:r>
        <w:rPr>
          <w:b/>
        </w:rPr>
        <w:t>OTHER BUSINESS</w:t>
      </w:r>
    </w:p>
    <w:p>
      <w:pPr>
        <w:spacing w:after="40"/>
      </w:pPr>
      <w:r>
        <w:t>[Comprehensive plan, ordinance amendments referred for review, etc.]</w:t>
      </w:r>
    </w:p>
    <w:p>
      <w:pPr>
        <w:spacing w:after="120"/>
      </w:pPr>
      <w:r/>
    </w:p>
    <w:p>
      <w:pPr>
        <w:spacing w:after="40"/>
      </w:pPr>
      <w:r>
        <w:rPr>
          <w:b/>
        </w:rPr>
        <w:t>ADJOURNMENT</w:t>
      </w:r>
    </w:p>
    <w:p>
      <w:pPr>
        <w:spacing w:after="40"/>
      </w:pPr>
      <w:r>
        <w:t>The meeting adjourned at [time] p.m.</w:t>
      </w:r>
    </w:p>
    <w:p>
      <w:pPr>
        <w:spacing w:after="120"/>
      </w:pPr>
      <w:r/>
    </w:p>
    <w:p>
      <w:pPr>
        <w:spacing w:after="40"/>
      </w:pPr>
      <w:r>
        <w:t>Respectfully submitted,</w:t>
      </w:r>
    </w:p>
    <w:p>
      <w:pPr>
        <w:spacing w:after="120"/>
      </w:pPr>
      <w:r/>
    </w:p>
    <w:p>
      <w:pPr>
        <w:spacing w:after="40"/>
      </w:pPr>
      <w:r>
        <w:t>______________________________</w:t>
      </w:r>
    </w:p>
    <w:p>
      <w:pPr>
        <w:spacing w:after="40"/>
      </w:pPr>
      <w:r>
        <w:t>[Name], Recording Secretary</w:t>
      </w:r>
    </w:p>
    <w:p>
      <w:r>
        <w:rPr>
          <w:i/>
        </w:rPr>
        <w:t>Template provided free by QuorumBook (quorumbook.com). Upload your meeting recording to have these minutes drafted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