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</w:rPr>
        <w:t>[NAME] TOWNSHIP</w:t>
      </w:r>
    </w:p>
    <w:p>
      <w:pPr>
        <w:spacing w:after="40"/>
        <w:jc w:val="center"/>
      </w:pPr>
      <w:r>
        <w:rPr>
          <w:b/>
        </w:rPr>
        <w:t>BOARD OF SUPERVISORS</w:t>
      </w:r>
    </w:p>
    <w:p>
      <w:pPr>
        <w:spacing w:after="40"/>
        <w:jc w:val="center"/>
      </w:pPr>
      <w:r>
        <w:rPr>
          <w:b w:val="0"/>
        </w:rPr>
        <w:t>MINUTES OF THE REGULAR MEETING</w:t>
      </w:r>
    </w:p>
    <w:p>
      <w:pPr>
        <w:spacing w:after="40"/>
        <w:jc w:val="center"/>
      </w:pPr>
      <w:r>
        <w:rPr>
          <w:b w:val="0"/>
        </w:rPr>
        <w:t>[Weekday, Month Day, Year]</w:t>
      </w:r>
    </w:p>
    <w:p>
      <w:pPr>
        <w:spacing w:after="120"/>
      </w:pPr>
      <w:r/>
    </w:p>
    <w:p>
      <w:pPr>
        <w:spacing w:after="40"/>
      </w:pPr>
      <w:r>
        <w:rPr>
          <w:b/>
        </w:rPr>
        <w:t>CALL TO ORDER</w:t>
      </w:r>
    </w:p>
    <w:p>
      <w:pPr>
        <w:spacing w:after="40"/>
      </w:pPr>
      <w:r>
        <w:t>Chairman [Name] called the meeting to order at [time] p.m. at the [Township Municipal Building, address].</w:t>
      </w:r>
    </w:p>
    <w:p>
      <w:pPr>
        <w:spacing w:after="120"/>
      </w:pPr>
      <w:r/>
    </w:p>
    <w:p>
      <w:pPr>
        <w:spacing w:after="40"/>
      </w:pPr>
      <w:r>
        <w:rPr>
          <w:b/>
        </w:rPr>
        <w:t>PLEDGE OF ALLEGIANCE</w:t>
      </w:r>
    </w:p>
    <w:p>
      <w:pPr>
        <w:spacing w:after="120"/>
      </w:pPr>
      <w:r/>
    </w:p>
    <w:p>
      <w:pPr>
        <w:spacing w:after="40"/>
      </w:pPr>
      <w:r>
        <w:rPr>
          <w:b/>
        </w:rPr>
        <w:t>ROLL CALL</w:t>
      </w:r>
    </w:p>
    <w:p>
      <w:pPr>
        <w:spacing w:after="40"/>
      </w:pPr>
      <w:r>
        <w:t>Present: [Name], Chairman; [Name], Vice-Chairman; [Name], Supervisor</w:t>
      </w:r>
    </w:p>
    <w:p>
      <w:pPr>
        <w:spacing w:after="40"/>
      </w:pPr>
      <w:r>
        <w:t>Absent: [Name or "None"]</w:t>
      </w:r>
    </w:p>
    <w:p>
      <w:pPr>
        <w:spacing w:after="40"/>
      </w:pPr>
      <w:r>
        <w:t>Also present: [Name], Secretary-Treasurer; [Name], Solicitor; [Name], Engineer; [Name], Roadmaster</w:t>
      </w:r>
    </w:p>
    <w:p>
      <w:pPr>
        <w:spacing w:after="120"/>
      </w:pPr>
      <w:r/>
    </w:p>
    <w:p>
      <w:pPr>
        <w:spacing w:after="40"/>
      </w:pPr>
      <w:r>
        <w:rPr>
          <w:b/>
        </w:rPr>
        <w:t>APPROVAL OF MINUTES</w:t>
      </w:r>
    </w:p>
    <w:p>
      <w:pPr>
        <w:spacing w:after="40"/>
      </w:pPr>
      <w:r>
        <w:t>Supervisor [Name] moved, seconded by Supervisor [Name], to approve the minutes of the [date] regular meeting as presented.</w:t>
      </w:r>
    </w:p>
    <w:p>
      <w:pPr>
        <w:spacing w:after="40"/>
      </w:pPr>
      <w:r>
        <w:t>[Name] – Yes; [Name] – Yes; [Name] – Yes. Motion carried 3-0.</w:t>
      </w:r>
    </w:p>
    <w:p>
      <w:pPr>
        <w:spacing w:after="120"/>
      </w:pPr>
      <w:r/>
    </w:p>
    <w:p>
      <w:pPr>
        <w:spacing w:after="40"/>
      </w:pPr>
      <w:r>
        <w:rPr>
          <w:b/>
        </w:rPr>
        <w:t>TREASURER'S REPORT AND PAYMENT OF BILLS</w:t>
      </w:r>
    </w:p>
    <w:p>
      <w:pPr>
        <w:spacing w:after="40"/>
      </w:pPr>
      <w:r>
        <w:t>The Treasurer reported a General Fund balance of $[amount] and a State Liquid Fuels Fund balance of $[amount] as of [date].</w:t>
      </w:r>
    </w:p>
    <w:p>
      <w:pPr>
        <w:spacing w:after="40"/>
      </w:pPr>
      <w:r>
        <w:t>Supervisor [Name] moved, seconded by Supervisor [Name], to approve the bills list totaling $[amount].</w:t>
      </w:r>
    </w:p>
    <w:p>
      <w:pPr>
        <w:spacing w:after="40"/>
      </w:pPr>
      <w:r>
        <w:t>[Name] – Yes; [Name] – Yes; [Name] – Yes. Motion carried 3-0.</w:t>
      </w:r>
    </w:p>
    <w:p>
      <w:pPr>
        <w:spacing w:after="120"/>
      </w:pPr>
      <w:r/>
    </w:p>
    <w:p>
      <w:pPr>
        <w:spacing w:after="40"/>
      </w:pPr>
      <w:r>
        <w:rPr>
          <w:b/>
        </w:rPr>
        <w:t>PUBLIC COMMENT</w:t>
      </w:r>
    </w:p>
    <w:p>
      <w:pPr>
        <w:spacing w:after="40"/>
      </w:pPr>
      <w:r>
        <w:t>[Full name], [address or municipality] – [Subject]. [One neutral sentence summarizing the comment and any response.]</w:t>
      </w:r>
    </w:p>
    <w:p>
      <w:pPr>
        <w:spacing w:after="120"/>
      </w:pPr>
      <w:r/>
    </w:p>
    <w:p>
      <w:pPr>
        <w:spacing w:after="40"/>
      </w:pPr>
      <w:r>
        <w:rPr>
          <w:b/>
        </w:rPr>
        <w:t>REPORTS</w:t>
      </w:r>
    </w:p>
    <w:p>
      <w:pPr>
        <w:spacing w:after="40"/>
      </w:pPr>
      <w:r>
        <w:t>Solicitor: [One or two factual sentences.]</w:t>
      </w:r>
    </w:p>
    <w:p>
      <w:pPr>
        <w:spacing w:after="40"/>
      </w:pPr>
      <w:r>
        <w:t>Engineer: [One or two factual sentences.]</w:t>
      </w:r>
    </w:p>
    <w:p>
      <w:pPr>
        <w:spacing w:after="40"/>
      </w:pPr>
      <w:r>
        <w:t>Roadmaster: [One or two factual sentences.]</w:t>
      </w:r>
    </w:p>
    <w:p>
      <w:pPr>
        <w:spacing w:after="40"/>
      </w:pPr>
      <w:r>
        <w:t>Zoning/Code Officer: [Number of permits issued; notable matters.]</w:t>
      </w:r>
    </w:p>
    <w:p>
      <w:pPr>
        <w:spacing w:after="120"/>
      </w:pPr>
      <w:r/>
    </w:p>
    <w:p>
      <w:pPr>
        <w:spacing w:after="40"/>
      </w:pPr>
      <w:r>
        <w:rPr>
          <w:b/>
        </w:rPr>
        <w:t>OLD BUSINESS</w:t>
      </w:r>
    </w:p>
    <w:p>
      <w:pPr>
        <w:spacing w:after="40"/>
      </w:pPr>
      <w:r>
        <w:t>[Item]. [Discussion summary, if needed.]</w:t>
      </w:r>
    </w:p>
    <w:p>
      <w:pPr>
        <w:spacing w:after="120"/>
      </w:pPr>
      <w:r/>
    </w:p>
    <w:p>
      <w:pPr>
        <w:spacing w:after="40"/>
      </w:pPr>
      <w:r>
        <w:rPr>
          <w:b/>
        </w:rPr>
        <w:t>NEW BUSINESS</w:t>
      </w:r>
    </w:p>
    <w:p>
      <w:pPr>
        <w:spacing w:after="40"/>
      </w:pPr>
      <w:r>
        <w:t>Supervisor [Name] moved, seconded by Supervisor [Name], to adopt Resolution [YYYY-NN], [title].</w:t>
      </w:r>
    </w:p>
    <w:p>
      <w:pPr>
        <w:spacing w:after="40"/>
      </w:pPr>
      <w:r>
        <w:t>[Name] – Yes; [Name] – Yes; [Name] – No. Motion carried 2-1.</w:t>
      </w:r>
    </w:p>
    <w:p>
      <w:pPr>
        <w:spacing w:after="120"/>
      </w:pPr>
      <w:r/>
    </w:p>
    <w:p>
      <w:pPr>
        <w:spacing w:after="40"/>
      </w:pPr>
      <w:r>
        <w:rPr>
          <w:b/>
        </w:rPr>
        <w:t>EXECUTIVE SESSION</w:t>
      </w:r>
    </w:p>
    <w:p>
      <w:pPr>
        <w:spacing w:after="40"/>
      </w:pPr>
      <w:r>
        <w:t>The Board entered executive session at [time] to discuss [reason permitted by 65 Pa.C.S. § 708, e.g. a personnel matter] and returned to public session at [time]. No action was taken.</w:t>
      </w:r>
    </w:p>
    <w:p>
      <w:pPr>
        <w:spacing w:after="120"/>
      </w:pPr>
      <w:r/>
    </w:p>
    <w:p>
      <w:pPr>
        <w:spacing w:after="40"/>
      </w:pPr>
      <w:r>
        <w:rPr>
          <w:b/>
        </w:rPr>
        <w:t>ADJOURNMENT</w:t>
      </w:r>
    </w:p>
    <w:p>
      <w:pPr>
        <w:spacing w:after="40"/>
      </w:pPr>
      <w:r>
        <w:t>There being no further business, Supervisor [Name] moved, seconded by Supervisor [Name], to adjourn. Motion carried 3-0. The meeting adjourned at [time] p.m.</w:t>
      </w:r>
    </w:p>
    <w:p>
      <w:pPr>
        <w:spacing w:after="120"/>
      </w:pPr>
      <w:r/>
    </w:p>
    <w:p>
      <w:pPr>
        <w:spacing w:after="40"/>
      </w:pPr>
      <w:r>
        <w:t>Respectfully submitted,</w:t>
      </w:r>
    </w:p>
    <w:p>
      <w:pPr>
        <w:spacing w:after="120"/>
      </w:pPr>
      <w:r/>
    </w:p>
    <w:p>
      <w:pPr>
        <w:spacing w:after="40"/>
      </w:pPr>
      <w:r>
        <w:t>______________________________</w:t>
      </w:r>
    </w:p>
    <w:p>
      <w:pPr>
        <w:spacing w:after="40"/>
      </w:pPr>
      <w:r>
        <w:t>[Name], Secretary</w:t>
      </w:r>
    </w:p>
    <w:p>
      <w:r>
        <w:rPr>
          <w:i/>
        </w:rPr>
        <w:t>Template provided free by QuorumBook (quorumbook.com). Upload your meeting recording to have these minutes drafted for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