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</w:rPr>
        <w:t>[MUNICIPALITY] ZONING HEARING BOARD</w:t>
      </w:r>
    </w:p>
    <w:p>
      <w:pPr>
        <w:spacing w:after="40"/>
        <w:jc w:val="center"/>
      </w:pPr>
      <w:r>
        <w:rPr>
          <w:b/>
        </w:rPr>
        <w:t>MINUTES OF HEARING</w:t>
      </w:r>
    </w:p>
    <w:p>
      <w:pPr>
        <w:spacing w:after="40"/>
        <w:jc w:val="center"/>
      </w:pPr>
      <w:r>
        <w:rPr>
          <w:b w:val="0"/>
        </w:rPr>
        <w:t>[Weekday, Month Day, Year]</w:t>
      </w:r>
    </w:p>
    <w:p>
      <w:pPr>
        <w:spacing w:after="120"/>
        <w:jc w:val="center"/>
      </w:pPr>
      <w:r>
        <w:rPr>
          <w:b w:val="0"/>
        </w:rPr>
      </w:r>
    </w:p>
    <w:p>
      <w:pPr>
        <w:spacing w:after="40"/>
      </w:pPr>
      <w:r>
        <w:rPr>
          <w:b/>
        </w:rPr>
        <w:t>CALL TO ORDER</w:t>
      </w:r>
    </w:p>
    <w:p>
      <w:pPr>
        <w:spacing w:after="40"/>
      </w:pPr>
      <w:r>
        <w:t>Chair [Name] called the hearing to order at [time] p.m. at [location].</w:t>
      </w:r>
    </w:p>
    <w:p>
      <w:pPr>
        <w:spacing w:after="120"/>
      </w:pPr>
      <w:r/>
    </w:p>
    <w:p>
      <w:pPr>
        <w:spacing w:after="40"/>
      </w:pPr>
      <w:r>
        <w:rPr>
          <w:b/>
        </w:rPr>
        <w:t>ATTENDANCE</w:t>
      </w:r>
    </w:p>
    <w:p>
      <w:pPr>
        <w:spacing w:after="40"/>
      </w:pPr>
      <w:r>
        <w:t>Board members present: [Name], Chair; [Name]; [Name]</w:t>
      </w:r>
    </w:p>
    <w:p>
      <w:pPr>
        <w:spacing w:after="40"/>
      </w:pPr>
      <w:r>
        <w:t>Alternate: [Name, if seated]</w:t>
      </w:r>
    </w:p>
    <w:p>
      <w:pPr>
        <w:spacing w:after="40"/>
      </w:pPr>
      <w:r>
        <w:t>Also present: [Name], Board Solicitor; [Name], Zoning Officer; [Name], Court Reporter</w:t>
      </w:r>
    </w:p>
    <w:p>
      <w:pPr>
        <w:spacing w:after="120"/>
      </w:pPr>
      <w:r/>
    </w:p>
    <w:p>
      <w:pPr>
        <w:spacing w:after="40"/>
      </w:pPr>
      <w:r>
        <w:rPr>
          <w:b/>
        </w:rPr>
        <w:t>APPLICATION</w:t>
      </w:r>
    </w:p>
    <w:p>
      <w:pPr>
        <w:spacing w:after="40"/>
      </w:pPr>
      <w:r>
        <w:t>Appeal No. [number] – [Applicant name], [property address, tax parcel], [zoning district].</w:t>
      </w:r>
    </w:p>
    <w:p>
      <w:pPr>
        <w:spacing w:after="40"/>
      </w:pPr>
      <w:r>
        <w:t>Relief requested: [variance from Section ___ / special exception under Section ___ / appeal of the Zoning Officer's determination].</w:t>
      </w:r>
    </w:p>
    <w:p>
      <w:pPr>
        <w:spacing w:after="40"/>
      </w:pPr>
      <w:r>
        <w:t>Notice: The Solicitor confirmed that the hearing was advertised on [dates], the property was posted on [date] and adjoining owners were notified.</w:t>
      </w:r>
    </w:p>
    <w:p>
      <w:pPr>
        <w:spacing w:after="120"/>
      </w:pPr>
      <w:r/>
    </w:p>
    <w:p>
      <w:pPr>
        <w:spacing w:after="40"/>
      </w:pPr>
      <w:r>
        <w:rPr>
          <w:b/>
        </w:rPr>
        <w:t>APPEARANCES</w:t>
      </w:r>
    </w:p>
    <w:p>
      <w:pPr>
        <w:spacing w:after="40"/>
      </w:pPr>
      <w:r>
        <w:t>For the applicant: [Name], [attorney/engineer/witness].</w:t>
      </w:r>
    </w:p>
    <w:p>
      <w:pPr>
        <w:spacing w:after="40"/>
      </w:pPr>
      <w:r>
        <w:t>Parties granted standing: [Names and addresses].</w:t>
      </w:r>
    </w:p>
    <w:p>
      <w:pPr>
        <w:spacing w:after="40"/>
      </w:pPr>
      <w:r>
        <w:t>Others commenting: [Names and addresses].</w:t>
      </w:r>
    </w:p>
    <w:p>
      <w:pPr>
        <w:spacing w:after="120"/>
      </w:pPr>
      <w:r/>
    </w:p>
    <w:p>
      <w:pPr>
        <w:spacing w:after="40"/>
      </w:pPr>
      <w:r>
        <w:rPr>
          <w:b/>
        </w:rPr>
        <w:t>EXHIBITS</w:t>
      </w:r>
    </w:p>
    <w:p>
      <w:pPr>
        <w:spacing w:after="40"/>
      </w:pPr>
      <w:r>
        <w:t>A-1 [description]; A-2 [description]; B-1 [Board exhibit: proof of publication].</w:t>
      </w:r>
    </w:p>
    <w:p>
      <w:pPr>
        <w:spacing w:after="120"/>
      </w:pPr>
      <w:r/>
    </w:p>
    <w:p>
      <w:pPr>
        <w:spacing w:after="40"/>
      </w:pPr>
      <w:r>
        <w:rPr>
          <w:b/>
        </w:rPr>
        <w:t>DELIBERATION AND DECISION</w:t>
      </w:r>
    </w:p>
    <w:p>
      <w:pPr>
        <w:spacing w:after="40"/>
      </w:pPr>
      <w:r>
        <w:t>[Name] moved, seconded by [Name], to [grant/deny/grant with conditions] the requested [relief], [conditions].</w:t>
      </w:r>
    </w:p>
    <w:p>
      <w:pPr>
        <w:spacing w:after="40"/>
      </w:pPr>
      <w:r>
        <w:t>Vote: [Name] – Yes; [Name] – Yes; [Name] – No. Motion carried 2-1.</w:t>
      </w:r>
    </w:p>
    <w:p>
      <w:pPr>
        <w:spacing w:after="40"/>
      </w:pPr>
      <w:r>
        <w:t>A written decision with findings of fact and conclusions of law will be issued within the time required by law.</w:t>
      </w:r>
    </w:p>
    <w:p>
      <w:pPr>
        <w:spacing w:after="120"/>
      </w:pPr>
      <w:r/>
    </w:p>
    <w:p>
      <w:pPr>
        <w:spacing w:after="40"/>
      </w:pPr>
      <w:r>
        <w:rPr>
          <w:b/>
        </w:rPr>
        <w:t>ADJOURNMENT</w:t>
      </w:r>
    </w:p>
    <w:p>
      <w:pPr>
        <w:spacing w:after="40"/>
      </w:pPr>
      <w:r>
        <w:t>The hearing adjourned at [time] p.m.</w:t>
      </w:r>
    </w:p>
    <w:p>
      <w:pPr>
        <w:spacing w:after="120"/>
      </w:pPr>
      <w:r/>
    </w:p>
    <w:p>
      <w:pPr>
        <w:spacing w:after="40"/>
      </w:pPr>
      <w:r>
        <w:t>Respectfully submitted,</w:t>
      </w:r>
    </w:p>
    <w:p>
      <w:pPr>
        <w:spacing w:after="120"/>
      </w:pPr>
      <w:r/>
    </w:p>
    <w:p>
      <w:pPr>
        <w:spacing w:after="40"/>
      </w:pPr>
      <w:r>
        <w:t>______________________________</w:t>
      </w:r>
    </w:p>
    <w:p>
      <w:pPr>
        <w:spacing w:after="40"/>
      </w:pPr>
      <w:r>
        <w:t>[Name], Secretary</w:t>
      </w:r>
    </w:p>
    <w:p>
      <w:r>
        <w:rPr>
          <w:i/>
        </w:rPr>
        <w:t>Template provided free by QuorumBook (quorumbook.com). Upload your meeting recording to have these minutes drafted for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